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0596" w14:textId="77777777" w:rsidR="005D1899" w:rsidRPr="009B7FB3" w:rsidRDefault="00000000">
      <w:pPr>
        <w:pStyle w:val="Heading1"/>
        <w:jc w:val="center"/>
        <w:rPr>
          <w:color w:val="000000" w:themeColor="text1"/>
        </w:rPr>
      </w:pPr>
      <w:r w:rsidRPr="009B7FB3">
        <w:rPr>
          <w:color w:val="000000" w:themeColor="text1"/>
        </w:rPr>
        <w:t xml:space="preserve">Iesniegums par </w:t>
      </w:r>
      <w:proofErr w:type="spellStart"/>
      <w:r w:rsidRPr="009B7FB3">
        <w:rPr>
          <w:color w:val="000000" w:themeColor="text1"/>
        </w:rPr>
        <w:t>kredīta</w:t>
      </w:r>
      <w:proofErr w:type="spellEnd"/>
      <w:r w:rsidRPr="009B7FB3">
        <w:rPr>
          <w:color w:val="000000" w:themeColor="text1"/>
        </w:rPr>
        <w:t xml:space="preserve"> </w:t>
      </w:r>
      <w:proofErr w:type="spellStart"/>
      <w:r w:rsidRPr="009B7FB3">
        <w:rPr>
          <w:color w:val="000000" w:themeColor="text1"/>
        </w:rPr>
        <w:t>noformēšanas</w:t>
      </w:r>
      <w:proofErr w:type="spellEnd"/>
      <w:r w:rsidRPr="009B7FB3">
        <w:rPr>
          <w:color w:val="000000" w:themeColor="text1"/>
        </w:rPr>
        <w:t xml:space="preserve"> </w:t>
      </w:r>
      <w:proofErr w:type="spellStart"/>
      <w:r w:rsidRPr="009B7FB3">
        <w:rPr>
          <w:color w:val="000000" w:themeColor="text1"/>
        </w:rPr>
        <w:t>maksas</w:t>
      </w:r>
      <w:proofErr w:type="spellEnd"/>
      <w:r w:rsidRPr="009B7FB3">
        <w:rPr>
          <w:color w:val="000000" w:themeColor="text1"/>
        </w:rPr>
        <w:t xml:space="preserve"> </w:t>
      </w:r>
      <w:proofErr w:type="spellStart"/>
      <w:r w:rsidRPr="009B7FB3">
        <w:rPr>
          <w:color w:val="000000" w:themeColor="text1"/>
        </w:rPr>
        <w:t>atmaksu</w:t>
      </w:r>
      <w:proofErr w:type="spellEnd"/>
    </w:p>
    <w:p w14:paraId="4128B3F9" w14:textId="77777777" w:rsidR="009B7FB3" w:rsidRDefault="009B7FB3" w:rsidP="009B7FB3"/>
    <w:p w14:paraId="2F80EF9A" w14:textId="77777777" w:rsidR="009B7FB3" w:rsidRPr="009B7FB3" w:rsidRDefault="009B7FB3" w:rsidP="009B7FB3"/>
    <w:p w14:paraId="75B124E1" w14:textId="77777777" w:rsidR="005D1899" w:rsidRDefault="00000000">
      <w:r>
        <w:rPr>
          <w:b/>
        </w:rPr>
        <w:t xml:space="preserve">Vārds, uzvārds: </w:t>
      </w:r>
      <w:r>
        <w:t>______________</w:t>
      </w:r>
      <w:r>
        <w:br/>
      </w:r>
      <w:r>
        <w:rPr>
          <w:b/>
        </w:rPr>
        <w:t xml:space="preserve">Personas kods: </w:t>
      </w:r>
      <w:r>
        <w:t>______________</w:t>
      </w:r>
      <w:r>
        <w:br/>
      </w:r>
      <w:r>
        <w:rPr>
          <w:b/>
        </w:rPr>
        <w:t xml:space="preserve">Adrese: </w:t>
      </w:r>
      <w:r>
        <w:t>______________</w:t>
      </w:r>
      <w:r>
        <w:br/>
      </w:r>
      <w:r>
        <w:rPr>
          <w:b/>
        </w:rPr>
        <w:t xml:space="preserve">Telefona numurs: </w:t>
      </w:r>
      <w:r>
        <w:t>______________</w:t>
      </w:r>
      <w:r>
        <w:br/>
      </w:r>
      <w:r>
        <w:rPr>
          <w:b/>
        </w:rPr>
        <w:t xml:space="preserve">E-pasts: </w:t>
      </w:r>
      <w:r>
        <w:t>______________</w:t>
      </w:r>
      <w:r>
        <w:br/>
      </w:r>
      <w:r>
        <w:rPr>
          <w:b/>
        </w:rPr>
        <w:t xml:space="preserve">Datums: </w:t>
      </w:r>
      <w:r>
        <w:t>______________</w:t>
      </w:r>
      <w:r>
        <w:br/>
      </w:r>
      <w:r>
        <w:br/>
      </w:r>
    </w:p>
    <w:p w14:paraId="655C065F" w14:textId="6F30CACE" w:rsidR="009B7FB3" w:rsidRDefault="009B7FB3" w:rsidP="009B7FB3">
      <w:pPr>
        <w:jc w:val="center"/>
        <w:rPr>
          <w:b/>
        </w:rPr>
      </w:pPr>
      <w:proofErr w:type="spellStart"/>
      <w:r>
        <w:rPr>
          <w:b/>
        </w:rPr>
        <w:t>iesniegums</w:t>
      </w:r>
      <w:proofErr w:type="spellEnd"/>
    </w:p>
    <w:p w14:paraId="4CB9A957" w14:textId="77777777" w:rsidR="009B7FB3" w:rsidRDefault="00000000" w:rsidP="009B7FB3">
      <w:r>
        <w:rPr>
          <w:b/>
        </w:rPr>
        <w:br/>
      </w:r>
      <w:r>
        <w:br/>
        <w:t>Lūdzu izvērtēt manu tiesības uz samērīgu kompensāciju par kredīta noformēšanas maksu, pamatojoties uz Patērētāju tiesību aizsardzības likuma 8. panta septīto daļu. Esmu veicis aizdevuma priekšlaicīgu atmaksu, un pieprasu atgriezt proporcionālo daļu no kredīta noformēšanas maksas.</w:t>
      </w:r>
      <w:r>
        <w:br/>
      </w:r>
    </w:p>
    <w:p w14:paraId="27E0C054" w14:textId="3D89060B" w:rsidR="005D1899" w:rsidRDefault="00000000" w:rsidP="009B7FB3">
      <w:r>
        <w:br/>
      </w:r>
      <w:r>
        <w:rPr>
          <w:b/>
        </w:rPr>
        <w:t>Kredīta līguma informācija:</w:t>
      </w:r>
      <w:r>
        <w:rPr>
          <w:b/>
        </w:rPr>
        <w:br/>
      </w:r>
      <w:r>
        <w:t>Kredīta līguma numurs: _____________</w:t>
      </w:r>
      <w:r>
        <w:br/>
        <w:t>Kredīta līguma noslēgšanas datums: _____________</w:t>
      </w:r>
      <w:r>
        <w:br/>
        <w:t>Aizdevuma pilnīgas atmaksas datums: _____________</w:t>
      </w:r>
      <w:r>
        <w:br/>
        <w:t>Konta numurs atmaksas saņemšanai: _____________</w:t>
      </w:r>
      <w:r>
        <w:br/>
      </w:r>
      <w:r>
        <w:br/>
      </w:r>
    </w:p>
    <w:p w14:paraId="743F2244" w14:textId="77777777" w:rsidR="005D1899" w:rsidRDefault="00000000">
      <w:r>
        <w:t>Ar cieņu,</w:t>
      </w:r>
      <w:r>
        <w:br/>
      </w:r>
      <w:r>
        <w:br/>
        <w:t>_______________________</w:t>
      </w:r>
      <w:r>
        <w:br/>
        <w:t>Paraksts</w:t>
      </w:r>
      <w:r>
        <w:br/>
      </w:r>
    </w:p>
    <w:sectPr w:rsidR="005D189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5204408">
    <w:abstractNumId w:val="8"/>
  </w:num>
  <w:num w:numId="2" w16cid:durableId="1210874046">
    <w:abstractNumId w:val="6"/>
  </w:num>
  <w:num w:numId="3" w16cid:durableId="295179880">
    <w:abstractNumId w:val="5"/>
  </w:num>
  <w:num w:numId="4" w16cid:durableId="1668482845">
    <w:abstractNumId w:val="4"/>
  </w:num>
  <w:num w:numId="5" w16cid:durableId="1083137593">
    <w:abstractNumId w:val="7"/>
  </w:num>
  <w:num w:numId="6" w16cid:durableId="1079326929">
    <w:abstractNumId w:val="3"/>
  </w:num>
  <w:num w:numId="7" w16cid:durableId="1690714383">
    <w:abstractNumId w:val="2"/>
  </w:num>
  <w:num w:numId="8" w16cid:durableId="1122651567">
    <w:abstractNumId w:val="1"/>
  </w:num>
  <w:num w:numId="9" w16cid:durableId="128877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D1899"/>
    <w:rsid w:val="009B7FB3"/>
    <w:rsid w:val="00A66C6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2C1F00"/>
  <w14:defaultImageDpi w14:val="300"/>
  <w15:docId w15:val="{9D2531B8-C6E4-4E2E-904C-FA0CEB47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elina deg</cp:lastModifiedBy>
  <cp:revision>2</cp:revision>
  <dcterms:created xsi:type="dcterms:W3CDTF">2025-04-17T06:39:00Z</dcterms:created>
  <dcterms:modified xsi:type="dcterms:W3CDTF">2025-04-17T06:39:00Z</dcterms:modified>
  <cp:category/>
</cp:coreProperties>
</file>